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4éme èd.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2100079417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mathématiques/ algébre/ calcul intégral/ </w:t>
            </w:r>
          </w:p>
        </w:tc>
      </w:tr>
    </w:tbl>
    <w:p>
      <w:pPr>
        <w:pStyle w:val="Heading3"/>
      </w:pPr>
      <w:r>
        <w:t>Résumé :</w:t>
      </w:r>
    </w:p>
    <w:p>
      <w:r>
        <w:t>Le livre Analyse MPSI : cours et 1000 exercices corrigés de Jean-Marie Monier est une référence complète pour les étudiants en classes préparatoires scientifiques, notamment en Mathématiques, Physique et Sciences de l'Ingénieur (MPSI). Cet ouvrage est conçu pour accompagner l'étudiant tout au long de son apprentissage, en alliant théorie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