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Haberer; Guillaume/ Lardon; Cécile/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20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9782100713684</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présente 172 méthodes clés, classées par thème du programme, accompagnées de 251 exemples illustratifs. Chaque méthode est détaillée étape par étape, facilitant ainsi la compréhension et l'application des concepts. Les chapitres incluent également des tests de cours pour évaluer la compréhension des notions abordées. L'ouvrage propose 461 exercices d'application, triés par niveau de difficulté, couvrant l'intégralité du programme de MP-MPI. Des indications pratiques, telles que « pour bien démarrer », sont fournies pour aider les étudiants à résoudre les exercices. Tous les exercices sont corrigés, avec une rédaction complète, permettant une auto-évaluation efficace. Des compléments en ligne sont également disponibles, offrant des colles entièrement corrigées et différenciées selon les classes, pour un entraînement supplémentaire.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