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Monier,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2100075667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Le programme d'algèbre pour les classes préparatoires (1re année MPSI, 2e année MP-MP*) accompagné de compléments corrigés. Solutions ou indications de réponses sont regroupées en fin de volume. Une nouvelle présentation : notes en marges, encadrés et une nouvelle rubrique qui regroupe des conseils méthodologiques pour résoudre les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