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Internet explorer 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Pelletier;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 Schuster Macmillan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Se former en 1 jour(N°:None)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227-231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2744003158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microsoft/ web/ internet explorer/ </w:t>
            </w:r>
          </w:p>
        </w:tc>
      </w:tr>
    </w:tbl>
    <w:p>
      <w:pPr>
        <w:pStyle w:val="Heading3"/>
      </w:pPr>
      <w:r>
        <w:t>Résumé :</w:t>
      </w:r>
    </w:p>
    <w:p>
      <w:r>
        <w:t>Pour maitriser cet outil de navigation en une seule journée. Chaque chapitre ne demande qu'une heure d'apprentissage. Ce guide, concret, vous permettra d'etre rapidement efficace en allant tout de suite a l'essentiel. Vous apprendrez a surfer sur le Web et à rechercher des informations, à envoyer et recevoir des courriers electroniques, à creer votre propre page d'accueil.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