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472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puissance maxi(N°:None)</w:t>
            </w:r>
          </w:p>
        </w:tc>
      </w:tr>
      <w:tr>
        <w:trPr>
          <w:trHeight w:val="567"/>
        </w:trPr>
        <w:tc>
          <w:tcPr>
            <w:tcW w:type="dxa" w:w="3000"/>
          </w:tcPr>
          <w:p>
            <w:r>
              <w:t>Notes Générales</w:t>
            </w:r>
          </w:p>
        </w:tc>
        <w:tc>
          <w:tcPr>
            <w:tcW w:type="dxa" w:w="7000"/>
          </w:tcPr>
          <w:p>
            <w:r>
              <w:t>Index p.p. 460-472</w:t>
            </w:r>
          </w:p>
        </w:tc>
      </w:tr>
      <w:tr>
        <w:trPr>
          <w:trHeight w:val="567"/>
        </w:trPr>
        <w:tc>
          <w:tcPr>
            <w:tcW w:type="dxa" w:w="3000"/>
          </w:tcPr>
          <w:p>
            <w:r>
              <w:t>Numéro d'Identification</w:t>
            </w:r>
          </w:p>
        </w:tc>
        <w:tc>
          <w:tcPr>
            <w:tcW w:type="dxa" w:w="7000"/>
          </w:tcPr>
          <w:p>
            <w:r>
              <w:t>274402941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informatique/ PC/ </w:t>
            </w:r>
          </w:p>
        </w:tc>
      </w:tr>
    </w:tbl>
    <w:p>
      <w:pPr>
        <w:pStyle w:val="Heading3"/>
      </w:pPr>
      <w:r>
        <w:t>Résumé :</w:t>
      </w:r>
    </w:p>
    <w:p>
      <w:r>
        <w:t>Cet ouvrage est un système sain dans un  matériel sain. Le PC Puissance Maxi vous permet de tirer pleinement parti des possibilités de votre ordinateur. Côté matériel, vous découvrirez à travers de nombreux exemples comment détecter les sources de conflits, installer de nouveaux périphériques, ajouter de la mémoire, etc. Côté système, ce livre vous emmène au cœur de Windows 95 et vous initie aux meilleures techniques d'optimisation et de personnalisation de votre environnement. Vous découvrirez ainsi l'une des nouveautés majeures de Windows 95, la base de Registres, et apprendrez à la gérer, à la modifier et à la réparer. Le PC Puissance Maxi vous donne les clés d'une optimisation concrète de votre machine, de votre travail et de votre temps. Le CD-ROM, offert en version américaine, contient une quantité impressionnante de sharewares pour Windows 95. L'interface de navigation vous propose un classement des programmes par catégories, une description pour chaque sélection, un moteur de recherche multicritère, ainsi que la possibilité de lancer les programmes directement à partir du CD-ROM ou de les installer sur votre disque dur.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