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PC et télémesures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Oguic,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 p.p. 245-251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2100239945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Electronique numérique/ transmission numérique/ </w:t>
            </w:r>
          </w:p>
        </w:tc>
      </w:tr>
    </w:tbl>
    <w:p>
      <w:pPr>
        <w:pStyle w:val="Heading3"/>
      </w:pPr>
      <w:r>
        <w:t>Résumé :</w:t>
      </w:r>
    </w:p>
    <w:p>
      <w:r>
        <w:t>Toutes les indications nécessaires à la fabrication d'une vingtaine de montages qui constitueront une bonne initiation pour les débutants. Des réalisations également à faire pour les electroniciens plus avertis. La disquette jointe contient outre quelques programmes, tous les fichiers nécessaires à la fabrication des circuits imprimes.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