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aux micro-ordinateurs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Osborne, Adam/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Radio/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292-299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2709108275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informatique/ micro-ordinateur/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manuel pionnier destiné à démocratiser l'accès aux micro-ordinateurs en fournissant des connaissances pratiques et une compréhension des possibilités offertes par ces nouvelles machines. le livre cherche à rendre le concept des micro-ordinateurs accessible aux personnes n'ayant aucune connaissance technique préalable.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