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Starter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511-523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web/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emmène à decouvrir les principaux composants et le fonctionnement du PC, faire ses premiers pas avec le systeme d'exploitation Windows 98, installer des periperiques, decouvrir Internet, etc. Le CD-ROM d'accompagnement contient des utilitaires tels que Internet Explorer, PaintShop Pro, WinZip,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