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Excel 2007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Ravey, Elisabeth/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Micro application/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205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21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101 trucs indispensables à connaître sur(N°:None)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p.p.203-205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9782300013850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tableur/ microsoft office (logiciel)/ excel 2007/ </w:t>
            </w:r>
          </w:p>
        </w:tc>
      </w:tr>
    </w:tbl>
    <w:p>
      <w:pPr>
        <w:pStyle w:val="Heading3"/>
      </w:pPr>
      <w:r>
        <w:t>Résumé :</w:t>
      </w:r>
    </w:p>
    <w:p>
      <w:r>
        <w:t>Des astuces à connaître pour bien utiliser ce logiciel. Aborde l'environnement et la protection des données, la navigation dans les documents, l'embellissement des documents, l'affichage, l'impression, l'optimisation des calculs, tableaux..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