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de données et algorithmes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Makhlouf; Mlle/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Training 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9789961690338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Ce livre explore en profondeur les fondamentaux des structures de données et des algorithmes, avec une approche pédagogique utilisant à la fois le langage Pascal et C pour illustrer les concepts. Voici les principales sections qu’on peut attendre dans cet ouvrage :</w:t>
        <w:br/>
        <w:br/>
        <w:br/>
        <w:br/>
        <w:t>Introduction aux structures de données et algorithmes</w:t>
        <w:br/>
        <w:br/>
        <w:br/>
        <w:br/>
        <w:t>Définition et importance des structures de données</w:t>
        <w:br/>
        <w:br/>
        <w:t>Notions d’efficacité et complexité algorithmique</w:t>
        <w:br/>
        <w:br/>
        <w:t>Présentation des deux langages, Pascal et C, pour la programmation</w:t>
        <w:br/>
        <w:br/>
        <w:t>Les structures de données linéaires</w:t>
        <w:br/>
        <w:br/>
        <w:br/>
        <w:br/>
        <w:t>Tableaux (arrays) : stockage, accès, utilisation</w:t>
        <w:br/>
        <w:br/>
        <w:t>Listes chaînées (simples, doubles, circulaires) : création, insertion, suppression</w:t>
        <w:br/>
        <w:br/>
        <w:t>Piles (stack) : principe LIFO, opérations push/pop</w:t>
        <w:br/>
        <w:br/>
        <w:t>Files (queue) : principe FIFO, opérations enqueue/dequeue</w:t>
        <w:br/>
        <w:br/>
        <w:t>Les structures de données non linéaires</w:t>
        <w:br/>
        <w:br/>
        <w:br/>
        <w:br/>
        <w:t>Arbres (arbres binaires, arbres de recherche, AVL, etc.)</w:t>
        <w:br/>
        <w:br/>
        <w:t>Graphes : représentations (listes d’adjacence, matrices d’adjacence), parcours (DFS, BFS)</w:t>
        <w:br/>
        <w:br/>
        <w:t>Algorithmes de tri et de recherche</w:t>
        <w:br/>
        <w:br/>
        <w:br/>
        <w:br/>
        <w:t>Tri par insertion, tri à bulles, tri rapide, tri fusion</w:t>
        <w:br/>
        <w:br/>
        <w:t>Recherche séquentielle, recherche dichotomique (binaire)</w:t>
        <w:br/>
        <w:br/>
        <w:t>Applications pratiques et comparaison des algorithmes</w:t>
        <w:br/>
        <w:br/>
        <w:t>Structures avancées et concepts</w:t>
        <w:br/>
        <w:br/>
        <w:br/>
        <w:br/>
        <w:t>Tables de hachage</w:t>
        <w:br/>
        <w:br/>
        <w:t>Heaps et priority queues</w:t>
        <w:br/>
        <w:br/>
        <w:t>Algorithmes de graphes : Dijkstra, Floyd-Warshall, etc.</w:t>
        <w:br/>
        <w:br/>
        <w:t>Implémentation en Pascal et C</w:t>
        <w:br/>
        <w:br/>
        <w:br/>
        <w:br/>
        <w:t>Exemples de code pour chaque structure</w:t>
        <w:br/>
        <w:br/>
        <w:t>Comparaison entre les deux langages, syntaxes et particularités</w:t>
        <w:br/>
        <w:br/>
        <w:t>Applications et cas pratiques</w:t>
        <w:br/>
        <w:br/>
        <w:br/>
        <w:br/>
        <w:t>Résolution de problèmes types en programmation</w:t>
        <w:br/>
        <w:br/>
        <w:t>Analyse de la complexité et optimisation des algorithmes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