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Edetions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p.p.887-886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géométrique/ autocad/ </w:t>
            </w:r>
          </w:p>
        </w:tc>
      </w:tr>
    </w:tbl>
    <w:p>
      <w:pPr>
        <w:pStyle w:val="Heading3"/>
      </w:pPr>
      <w:r>
        <w:t>Résumé :</w:t>
      </w:r>
    </w:p>
    <w:p>
      <w:r>
        <w:t>Ce livre sur AutoCAD 2017 a pour but de vous faire découvrir puis maîtriser la grande majorité des fonctionnalités 2D et 3D d'AutoCAD, des plus simples aux plus avancées. Il est destiné à des lecteurs possédant idéalement déjà de bonnes bases de dessin technique et présente toutes les possibilités offertes par cette puissante application de CAO/DAO. La réalisation de projets professionnels incluant des procédures détaillées permet au lecteur de mettre en pratique au fil des chapitres les connaissances acquises facilement adaptables à son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