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L'informatique en prépa HEC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Gauvrit;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2729879118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s'adressant en priorité aux étudiants de classes préparatoires H.E.C. (voie S et E) est : de préparer aux questions d'informatique du concours ; de familiariser le lecteur avec les méthodes numériques incontournables pour tout étudiant de niveau Bac+2. Mais il peut, également, permettre à tous les étudiants de premier cycle scientifique de découvrir l'outil algorithmique et de l'appliquer aux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