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spectroscopiques pour la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Hesse; Manfred/ Meier; Herbert/ Zeeh; Bernd/ Sfez, Jocelyne/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385-3930.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9782225830501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chimie organique/ liaison chimique/ </w:t>
            </w:r>
          </w:p>
        </w:tc>
      </w:tr>
    </w:tbl>
    <w:p>
      <w:pPr>
        <w:pStyle w:val="Heading3"/>
      </w:pPr>
      <w:r>
        <w:t>Résumé :</w:t>
      </w:r>
    </w:p>
    <w:p>
      <w:r>
        <w:t>Introduction aux fondements théoriques des méthodes spectroscopiques. Chacune de ces méthodes est exposée progressivement, de ses principes théoriques à ses applications aux différentes classes de composés organiques.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