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des polymères exercices et problèmes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Hamaide; Thierry/ Fontaine; Laurent/ Six;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XXI-578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polymère/ </w:t>
            </w:r>
          </w:p>
        </w:tc>
      </w:tr>
    </w:tbl>
    <w:p>
      <w:pPr>
        <w:pStyle w:val="Heading3"/>
      </w:pPr>
      <w:r>
        <w:t>Résumé :</w:t>
      </w:r>
    </w:p>
    <w:p>
      <w:r>
        <w:t>Un recueil d'exercices et de problèmes systématiquement résolus afin d'aider l'étudiant à lever les points de blocage. Avec un rappel des notions essentielles de cours en début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