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d'analyse spectroscopiques en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Hocine; Smain/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9789961019955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spectroscopique/ </w:t>
            </w:r>
          </w:p>
        </w:tc>
      </w:tr>
    </w:tbl>
    <w:p>
      <w:pPr>
        <w:pStyle w:val="Heading3"/>
      </w:pPr>
      <w:r>
        <w:t>Résumé :</w:t>
      </w:r>
    </w:p>
    <w:p>
      <w:r>
        <w:t>Le but de ce polycopie est d'etre un support supplémentaire pour mieux comprendre l'intéret et l'application des méthodes d'analyses spectroscopiques en chimie organique.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