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base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Hocine; Smain/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Les molécules de la chimie organique sont principalement constituées des éléments carbone et hydrogène.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