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chimie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Fondements de la chimie moderne(N°:9)</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chimie quantique/ </w:t>
            </w:r>
          </w:p>
        </w:tc>
      </w:tr>
    </w:tbl>
    <w:p>
      <w:pPr>
        <w:pStyle w:val="Heading3"/>
      </w:pPr>
      <w:r>
        <w:t>Résumé :</w:t>
      </w:r>
    </w:p>
    <w:p>
      <w:r>
        <w:t>C'est une référence en chimie quantique, destiné aux étudiants avancés, chercheurs et professionnels du domaine. Il offre une présentation approfondie des concepts fondamentaux de la chimie quantique, en mettant l'accent sur les orbitales atomiques et moléculaires, ainsi que sur leurs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