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la physique et les physiciens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Appel, Walter/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H &amp; K/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9782351410394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mathématique/ </w:t>
            </w:r>
          </w:p>
        </w:tc>
      </w:tr>
    </w:tbl>
    <w:p>
      <w:pPr>
        <w:pStyle w:val="Heading3"/>
      </w:pPr>
      <w:r>
        <w:t>Résumé :</w:t>
      </w:r>
    </w:p>
    <w:p>
      <w:r>
        <w:t>Aborde les thèmes mathématiques utiles en physique, la partie théorique étant accompagnée d'exercices permettant aux physiciens de se familiariser avec les outils et techniques introduits. Les chapitres d'intégration, probabilités et transformations conformes sont totalement remaniés dans cette nouvelle édition.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