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L'essentiel du cours de maths en prépa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Gonnord, Michel/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429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9782729820671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w:t>
            </w:r>
          </w:p>
        </w:tc>
      </w:tr>
    </w:tbl>
    <w:p>
      <w:pPr>
        <w:pStyle w:val="Heading3"/>
      </w:pPr>
      <w:r>
        <w:t>Résumé :</w:t>
      </w:r>
    </w:p>
    <w:p>
      <w:r>
        <w:t>Ceci est la nouvelle version de l'essentiel du cours de maths en prépa conforme aux nouveaux programmes entrés en vigueur en 2003 en première année et en 2004 pour la deuxième année.</w:t>
        <w:br/>
        <w:br/>
        <w:br/>
        <w:br/>
        <w:t>Le programme officiel des classes MPSI / MP-MP* est ici scrupuleusement repris à la lettre et les mêmes têtes de chapitre ont été gardées. Toutes les définitions et tous les théorèmes du programme sont donnés, assortis de nombreuses remarques et questions, en général simples, permettant d'illustrer les notions abordées dans chaque paragraphe. Les solutions de ces questions sont données en fin de volume. on y trouvera aussi l'adresse des sites Internet qui assurent le suivi de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