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Equations aux dérivées partielles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David, Claire/ Gosselet,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9782100727469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équation/ dérivée partielle/ </w:t>
            </w:r>
          </w:p>
        </w:tc>
      </w:tr>
    </w:tbl>
    <w:p>
      <w:pPr>
        <w:pStyle w:val="Heading3"/>
      </w:pPr>
      <w:r>
        <w:t>Résumé :</w:t>
      </w:r>
    </w:p>
    <w:p>
      <w:r>
        <w:t>Les équations aux dérivées partielles sont des équations mathématiques qui impliquent des dérivées d'une fonction inconnue par rapport à plusieurs variables indépendantes.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