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géométrie et cinématique.T1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Flory; G./ Warusfel;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Le thème géométrie et cinématique traite de l'étude du mouvement des objets dans l'espace, sans s'intéresser aux causes de ce mouvement (pas encore les forces : ça, c’est la dynamique).on s'intéresse à la position, la trajectoire, la vitesse, l'accélération d'un point ou d'un solide dans un repère.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