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Squin; Henri/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Du cours aux applications technologiques. Génie mécanique(N°:8)</w:t>
            </w:r>
          </w:p>
        </w:tc>
      </w:tr>
      <w:tr>
        <w:trPr>
          <w:trHeight w:val="567"/>
        </w:trPr>
        <w:tc>
          <w:tcPr>
            <w:tcW w:type="dxa" w:w="3000"/>
          </w:tcPr>
          <w:p>
            <w:r>
              <w:t>Sujet(s)</w:t>
            </w:r>
          </w:p>
        </w:tc>
        <w:tc>
          <w:tcPr>
            <w:tcW w:type="dxa" w:w="7000"/>
          </w:tcPr>
          <w:p>
            <w:r>
              <w:t xml:space="preserve">mathématique/ analyse/ </w:t>
            </w:r>
          </w:p>
        </w:tc>
      </w:tr>
    </w:tbl>
    <w:p>
      <w:pPr>
        <w:pStyle w:val="Heading3"/>
      </w:pPr>
      <w:r>
        <w:t>Résumé :</w:t>
      </w:r>
    </w:p>
    <w:p>
      <w:r>
        <w:t>Cet Ouvrage est celle d'un outil de travail utilisable immédiatement et permettant d'obtenir des résultats concrets et pratiques : les bases de l'analyse y sont définies et exploitées de manière approfondie. Plus de 930 exercices jalonnent le texte et permettent ainsi une lecture accise et une assimilation progressive Les futurs élèves des grandes écoles. mais aussi les candidats à l'agrégation et les professeurs de lycées trouveront, en petits caractères, tous les approfondissements désirables.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