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MPS, PCSI, classes préparatoires scientifiques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Debeaumarché, Gérard/ Hochart, Max/ Dorra, Francis/ </w:t>
            </w:r>
          </w:p>
        </w:tc>
      </w:tr>
      <w:tr>
        <w:trPr>
          <w:trHeight w:val="567"/>
        </w:trPr>
        <w:tc>
          <w:tcPr>
            <w:tcW w:type="dxa" w:w="3000"/>
          </w:tcPr>
          <w:p>
            <w:r>
              <w:t>Edition</w:t>
            </w:r>
          </w:p>
        </w:tc>
        <w:tc>
          <w:tcPr>
            <w:tcW w:type="dxa" w:w="7000"/>
          </w:tcPr>
          <w:p>
            <w:r>
              <w:t>Nouvelle éd.</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913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24 x 17 cm</w:t>
            </w:r>
          </w:p>
        </w:tc>
      </w:tr>
      <w:tr>
        <w:trPr>
          <w:trHeight w:val="567"/>
        </w:trPr>
        <w:tc>
          <w:tcPr>
            <w:tcW w:type="dxa" w:w="3000"/>
          </w:tcPr>
          <w:p>
            <w:r>
              <w:t>Collection</w:t>
            </w:r>
          </w:p>
        </w:tc>
        <w:tc>
          <w:tcPr>
            <w:tcW w:type="dxa" w:w="7000"/>
          </w:tcPr>
          <w:p>
            <w:r>
              <w:t>Cap prépa(N°:None)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9782744076527</w:t>
            </w:r>
          </w:p>
        </w:tc>
      </w:tr>
      <w:tr>
        <w:trPr>
          <w:trHeight w:val="567"/>
        </w:trPr>
        <w:tc>
          <w:tcPr>
            <w:tcW w:type="dxa" w:w="3000"/>
          </w:tcPr>
          <w:p>
            <w:r>
              <w:t>Sujet(s)</w:t>
            </w:r>
          </w:p>
        </w:tc>
        <w:tc>
          <w:tcPr>
            <w:tcW w:type="dxa" w:w="7000"/>
          </w:tcPr>
          <w:p>
            <w:r>
              <w:t xml:space="preserve">mathématique/ classe préparatoire/ algorithmique/ </w:t>
            </w:r>
          </w:p>
        </w:tc>
      </w:tr>
    </w:tbl>
    <w:p>
      <w:pPr>
        <w:pStyle w:val="Heading3"/>
      </w:pPr>
      <w:r>
        <w:t>Résumé :</w:t>
      </w:r>
    </w:p>
    <w:p>
      <w:r>
        <w:t>Manuel couvrant l'ensemble du nouveau programme de physique des filières MPSI, PCSI, avec des exemples, des exercices corrigés, des encadrés, des résumés, des questions tests, des notions d'histoire des mathématiques, la présentation des principales commandes du logiciel Scilab et l'accès à un site compagnon proposant des exemples de calcul formel en Scilab.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