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TSI,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Fontes; Mathieu/ Jan; Christophe/ Pharamond; Layla/ Nguyen,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Un cours complet à l'usage des candidats aux classes préparatoires scientifiques, présentant les points essentiels en mathématiques, et proposant une série d'exercices et de sujets de concours, écrits et oraux, commentés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