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Internet pour les nuls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Levine, John R/ Baroudi, Carol/ Levine Young, Margaret/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10 éd.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Editions First Interactive/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375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Glossaire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2844275508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 (choix et utilisation du hardware, du matériel informatique ; configurations logicielles et matérielles, fiabilité des ordinateurs, firmware considéré comme hardware ; ouvrages d'ensemble et interdisciplinaires su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internet/ connexion à distance/ </w:t>
            </w:r>
          </w:p>
        </w:tc>
      </w:tr>
    </w:tbl>
    <w:p>
      <w:pPr>
        <w:pStyle w:val="Heading3"/>
      </w:pPr>
      <w:r>
        <w:t>Résumé :</w:t>
      </w:r>
    </w:p>
    <w:p>
      <w:r>
        <w:t>Cet ouvrage s'adresse aux personnes n'ayants aucune prédisposition naturelle pour les nouvelles technologies informatiqoes et internet vous fait peur.pas de panique internet  pour les nuls va répondre à toutes les questions que vous vous possez:qu'est ce qu'internet,comment installer mon vavigateur,comment connecter,comment surfer décontracé sur le web,comment adresser mon courrioer électronique(e-mail).....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