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Téléphones portables et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2100051849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téléphonie mobile/ ordinateur personnel/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permet de découvrir pas à pas les fonctions les plus secrètes de votre téléphone portable ainsi que les possibilités cachées des réseaux des opérateurs français et étrangers. Les adeptes du fer à souder ne sont pas oubliés puisque ce livre contient tous les éléments nécessaires à la confection de toute une gomme d'accessoires très utiles et très bon marché. Et puis lorsque votre portable tombera en panne ou cèdera la place à un modèle plus récent, peut-être souhaiterez-vous partir à la découverte fascinante de ses circuits internes..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