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Arbres,tables et algorithmes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Guyot, Jacques/ Vial;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de présenter une méthodologie d'analyse des problèmes et un ensemble de techniques algorithmiques largement utilisées dans tous les secteurs de l'informatique.il abord les points suivants:</w:t>
        <w:br/>
        <w:br/>
        <w:t>- Résolution informatique d'un problème : analyse et modélisation</w:t>
        <w:br/>
        <w:br/>
        <w:t>- La,gage algorithmique : spécification d'un schéma de résolution</w:t>
        <w:br/>
        <w:br/>
        <w:t>- Structures de données (piles,files,listes,arbres,graphes) : propriétés,primitives d'accès,réalisation en mémoire.</w:t>
        <w:br/>
        <w:br/>
        <w:t>- Tris internes : méthodes élémentaires,méthodes optimales (shellsort,Quickso</w:t>
        <w:br/>
        <w:br/>
        <w:t>rt,Heapsort)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