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livre des plug-in photoshop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Guillaume; Stéphanie/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2100487043</w:t>
            </w:r>
          </w:p>
        </w:tc>
      </w:tr>
      <w:tr>
        <w:trPr>
          <w:trHeight w:val="567"/>
        </w:trPr>
        <w:tc>
          <w:tcPr>
            <w:tcW w:type="dxa" w:w="3000"/>
          </w:tcPr>
          <w:p>
            <w:r>
              <w:t>Sujet(s)</w:t>
            </w:r>
          </w:p>
        </w:tc>
        <w:tc>
          <w:tcPr>
            <w:tcW w:type="dxa" w:w="7000"/>
          </w:tcPr>
          <w:p>
            <w:r>
              <w:t xml:space="preserve">retouche photo/ traitement d’image/ </w:t>
            </w:r>
          </w:p>
        </w:tc>
      </w:tr>
    </w:tbl>
    <w:p>
      <w:pPr>
        <w:pStyle w:val="Heading3"/>
      </w:pPr>
      <w:r>
        <w:t>Résumé :</w:t>
      </w:r>
    </w:p>
    <w:p>
      <w:r>
        <w:t>Cet ouvrage  se destine à toute personne utilisant Photoshop, quel que soit son niveau. Du photographe professionnel à l'amateur de retouche, en passant par les WebDesigners ou les textureurs 3D, ce livre s'adresse à tous les métiers où le logiciel d'Adobe est roi. Mais même si Photoshop reste le plus puissant des éditeurs 2D du marché, il demeurera toujours quelques lacunes que les plug-in viendront combler. Et ils sont nombreux ! A travers cet ouvrage, nous vous présentons la plus grande collection de plug-in pour Photoshop jamais réunie dans un livre français. Classés par catégorie, de la retouche photo à la 3D en passant par la couleur, le Web ou encore la vidéo, ces outils, souvent gratuits, ont été disséqués pour vous. Nul besoin de parcourir les moteurs de recherche en ligne en quête du plug-in idéal ; un index très complet vous permet de retrouver rapidement le plug-in qu'il vous faut.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