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web avec XHTML, XML, JavaScript, DHTML et 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Jim, O'Donnell/ Eric, Ladd/ Mike, Morgan/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campus(N°:None)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p.p.1043-1050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 (langage de balisage)/ Java (langage de programmation)/ sites web/ XHTML (langage de balisage)/ JavaScript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que vous avez entre les mains est une référence en matière de développement de contenu pour le Web. Il aborde l'ensemble des outils de programmation actuels destinés à concevoir des pages ergonomiques, à simplifier les échanges de données et à augmenter l'interactivité d'un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