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word 5 sur PC et 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Vos; Maïthé De/ Vos; Jean-Claude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Cedic-Nathan/ 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Apprendre(N°:None)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753-767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2712405005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word (logiciel)/ </w:t>
            </w:r>
          </w:p>
        </w:tc>
      </w:tr>
    </w:tbl>
    <w:p>
      <w:pPr>
        <w:pStyle w:val="Heading3"/>
      </w:pPr>
      <w:r>
        <w:t>Résumé :</w:t>
      </w:r>
    </w:p>
    <w:p>
      <w:r>
        <w:t>Ce guide fournit des explications détaillées sur les commandes et options de Word 5.0, permettant aux utilisateurs de comprendre et d'appliquer efficacement les diverses fonctionnalités du logiciel. Grâce à une organisation alphabétique, il est conçu pour aider les lecteurs à localiser rapidement les informations nécessaires pour accomplir des tâches spécifiques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