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Dufetel; Ariel/ Lacroix-Sonrier, Marie-Thérèse/ Lemberg, Henri/ Warusfel,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topologie/ espace vectoriel/ équation intégrale/ équation linéaire/ série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préparant le CAPES de mathématiques. Porte sur la totalité du programme de l'épreuve écrite. Egalement un ouvrage de référence destiné à la formation des enseignants, avec les méthodes de raisonnement et les techniques qu'il faut savoir maitriser.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