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L1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Marco, Jean-Pierre/ Lazzarini, Laurent/ Boualemr, Hassan/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XXVI-1078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9782744072581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 première année d'université en mathématiques L1. Il regroupe tout ce qui leur est nécessaire : un cours complet et détaillé (algèbre, analyse, calcul différentiel) et 1000 tests et exercices entièrement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