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Mathématiques, L2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Benoist, Joël/ Marco, Jean-Pierre/ Weil, Jacques-Arthur/ Thieullen,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9782744072253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 tome regroupe tout ce qui est nécessaire en L2 : un cours complet et détaillé ( algèbre, analyse, calcul différentiel, probabilités) et 700 tests et exercices entièrement corrigés. Il renferme également beaucoup d'éléments utiles à la préparation de l'agrégation de mathématiques.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