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Boualem, Hassan/ Brouzet, Robert/ Marco, Jean-Pierre/ Lazzarini, Laurent/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1082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Pearson Education International(N°:None)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9782744076541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cours complet du programme de LMD propose en supplément 1.000 tests et exercices corrigés. Des encadrés de méthode, de rappel et des focus sur des difficultés spécifiques permettent d'embrasser rapidement l'essentiel des notions développées. Avec un accès au texte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