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et physico chimie des polymères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Fontanille; Michel/ Gnanou; Yves/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X-546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9782100521876</w:t>
            </w:r>
          </w:p>
        </w:tc>
      </w:tr>
      <w:tr>
        <w:trPr>
          <w:trHeight w:val="567"/>
        </w:trPr>
        <w:tc>
          <w:tcPr>
            <w:tcW w:type="dxa" w:w="3000"/>
          </w:tcPr>
          <w:p>
            <w:r>
              <w:t>Sujet(s)</w:t>
            </w:r>
          </w:p>
        </w:tc>
        <w:tc>
          <w:tcPr>
            <w:tcW w:type="dxa" w:w="7000"/>
          </w:tcPr>
          <w:p>
            <w:r>
              <w:t xml:space="preserve">rhéologie/ polymérisation/ mophologie/ </w:t>
            </w:r>
          </w:p>
        </w:tc>
      </w:tr>
    </w:tbl>
    <w:p>
      <w:pPr>
        <w:pStyle w:val="Heading3"/>
      </w:pPr>
      <w:r>
        <w:t>Résumé :</w:t>
      </w:r>
    </w:p>
    <w:p>
      <w:r>
        <w:t>Cet ouvrage intéressera tous ceux qui utilisent les polymères et souhaitent optimiser le choix de ces matériaux. Cette seconde édition, entièrement actualisée, présente l'élaboration, la structure et l'essentiel des propriétés chimiques et physiques des systèmes macromoléculaires. Le livre insiste sur les spécificités liées à l'état macromoléculaire, tant au niveau de la synthèse de ces entités que du point de vue de leur comportement macroscopique. Il établit le lien entre la variété des structures potentiellement accessibles et l'éventail des propriétés qui en découlent. Au Chapitre 1: Introduction; Chapitre 2: Cohésion des polymères; Chapitre 3: Structure moléculaire des polymères; Chapitre 4: Thermodynamique des systèmes macromoléculaires; Chapitre 5: Structures conformationnelles et morphologies; Chapitre 6: Mesure des masses molaires et méthodes physiques d'étude des conformations et des morphologies; Chapitre 7: Polymérisations par étapes (polycondensations et polyadditions); Chapitre 8: Polymérisations en chaîne; Chapitre 9: Réactivité et modification chimique des polymères; Chapitre 10: Synthèse macromoléculaire; Chapitre 11: Propriétés thermomécaniques des polymères; Chapitre 12: Propriétés mécaniques générales des polymères;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