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chimique qualitative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mèdecien(N°:None)</w:t>
            </w:r>
          </w:p>
        </w:tc>
      </w:tr>
      <w:tr>
        <w:trPr>
          <w:trHeight w:val="567"/>
        </w:trPr>
        <w:tc>
          <w:tcPr>
            <w:tcW w:type="dxa" w:w="3000"/>
          </w:tcPr>
          <w:p>
            <w:r>
              <w:t>Sujet(s)</w:t>
            </w:r>
          </w:p>
        </w:tc>
        <w:tc>
          <w:tcPr>
            <w:tcW w:type="dxa" w:w="7000"/>
          </w:tcPr>
          <w:p>
            <w:r>
              <w:t xml:space="preserve">analyse chimique/ chimique qualitative/ </w:t>
            </w:r>
          </w:p>
        </w:tc>
      </w:tr>
    </w:tbl>
    <w:p>
      <w:pPr>
        <w:pStyle w:val="Heading3"/>
      </w:pPr>
      <w:r>
        <w:t>Résumé :</w:t>
      </w:r>
    </w:p>
    <w:p>
      <w:r>
        <w:t>Eléments d'analyse chimique qualitative" de A. Gherib est un ouvrage qui aborde les principes fondamentaux de l'analyse chimique qualitative. Ce livre est conçu pour fournir aux étudiants et aux professionnels une compréhension approfondie des méthodes et techniques utilisées pour identifier les composants chimiques d'un échantillon.Le texte couvre divers sujets, notamment les techniques de séparation, les réactions chimiques spécifiques, et les méthodes d'identification des ions et des composés. L'auteur met également l'accent sur l'importance de la précision et de la rigueur dans les procédures expérimentales, tout en fournissant des exemples pratiques et des exercices pour renforcer l'apprentissage. En somme, cet ouvrage est une ressource précieuse pour quiconque souhaite approfondir ses connaissances en chimie analytique, en offrant une base solide pour la compréhension des analyses qualitatives.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