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tout en 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Fosset; Bruno/ Baudin; Jean-Bernard/ Lahtète;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1161-1170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9782100600748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Les "Tout-en-un" J'intègre vous proposent le cours de référence en cla sses préparatoires scientifiques, ainsi que de nombreux exercices et p roblèmes intégralement résolus. Entièrement réécrits pour être conformes à la réforme des programmes 2 013, les ouvrages J'intègre sont les compagnons de votre réussite. - Un cours complet et conforme au nouveau Toutes les notion s sont abordées dans le strict respect des programmes; De nombreux exe mples, des illustrations et des remarques pédagogiques vous aident à b ien comprendre le cours; Des approches documentaires vous sont proposé es en complément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