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tout en 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Fosset; Bruno/ Baudin; Jean-Bernard/ Lahitète; Frédéric/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9782100713707</w:t>
            </w:r>
          </w:p>
        </w:tc>
      </w:tr>
      <w:tr>
        <w:trPr>
          <w:trHeight w:val="567"/>
        </w:trPr>
        <w:tc>
          <w:tcPr>
            <w:tcW w:type="dxa" w:w="3000"/>
          </w:tcPr>
          <w:p>
            <w:r>
              <w:t>Sujet(s)</w:t>
            </w:r>
          </w:p>
        </w:tc>
        <w:tc>
          <w:tcPr>
            <w:tcW w:type="dxa" w:w="7000"/>
          </w:tcPr>
          <w:p>
            <w:r>
              <w:t xml:space="preserve">chimie/ </w:t>
            </w:r>
          </w:p>
        </w:tc>
      </w:tr>
    </w:tbl>
    <w:p>
      <w:pPr>
        <w:pStyle w:val="Heading3"/>
      </w:pPr>
      <w:r>
        <w:t>Résumé :</w:t>
      </w:r>
    </w:p>
    <w:p>
      <w:r>
        <w:t>Les " Tout-en-un " J'intègre vous proposent le cours de référence en classes préparatoires scientifiques, ainsi que de nombreux exercices et problèmes intégralement résolus. Entièrement réécrits pour être conformes à la réforme des programmes 2014, les ouvrages J'intègre sont les compagnons de votre réussite. Un cours complet et conforme au nouveau programme. Toutes les notions sont abordées dans le strict respect des programmes. De nombreux exemples, des illustrations et des remarques pédagogiques vous aident à bien comprendre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