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pascal avec turbo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Gottfried; Byron S./ Mignot, Hervé./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Computing Essentials/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p.p.405-411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pascal (logiciel)/ pascal(langage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</w:t>
        <w:br/>
        <w:br/>
        <w:t>-Introduction à l'informatique</w:t>
        <w:br/>
        <w:br/>
        <w:t>-Notions fondamentales de Pascal</w:t>
        <w:br/>
        <w:br/>
        <w:t>Données de type scalaire ,Entrées et sorties de donnée-Création et exécution d'un programme Pascal.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