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12c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Gabillaud, Jérôme/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515-549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(système informatique)/ SQL (langage de programmation)/ </w:t>
            </w:r>
          </w:p>
        </w:tc>
      </w:tr>
    </w:tbl>
    <w:p>
      <w:pPr>
        <w:pStyle w:val="Heading3"/>
      </w:pPr>
      <w:r>
        <w:t>Résumé :</w:t>
      </w:r>
    </w:p>
    <w:p>
      <w:r>
        <w:t>Ce livre sur oracle 12c s'adresse à tout informaticien désireux de maîtriser la gestion d'une base de données Oracle. L'auteur reprend les concepts, définitions et règles du modèle relationnel et détaille son utilisation dans le cadre des outils proposés en standard avec Oracle Database 12c, c'est-à-dire SQL, SQL*PLUS, PL/SQL et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