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word, excel,  pour étudiants mais pas seulement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Grim, Zoulikha/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9789961013441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excel/ word/ windows NT/ </w:t>
            </w:r>
          </w:p>
        </w:tc>
      </w:tr>
    </w:tbl>
    <w:p>
      <w:pPr>
        <w:pStyle w:val="Heading3"/>
      </w:pPr>
      <w:r>
        <w:t>Résumé :</w:t>
      </w:r>
    </w:p>
    <w:p>
      <w:r>
        <w:t>Ce modeste ouvrage tente de répondre à beaucoup de questions des étudiants toutes disciplines confondues, ayant trait à la rèdaction d'éxposés, de mémoires, avec les calculs et les graphes qui s'y attachent de manière rapide et élégante. On y trouvera aussi bien des mathématiques que de la statistique avec des types de graphes diversifiés, dont un original. Les techniques de dessin, indispensables aux biologistes et certainement à d’autres étudiants tels ceux d’électronique ou de mécanique, sont exposées dans Word. Le grand public n’a pas été oublié. Les secrétaires trouveront des exercices de publipostage pour améliorer la vitesse et la qualité de leur abondant courrier; les comptables, aussi pour des exercices de facturation, de fiche de paye, valables pour plusieurs mois voire plusieurs années. Pour l’administration en général, il y a la conception de formulaires ; le classement des élèves/stagiaires/étudiants avec les mentions, devient d’une aisance magique grâce à la fonction logique SI imbriquée, aussi multiples que soient les notes et les coefficients respectifs. Evidemment une administration peut classer d’autres éléments que des apprenants avec d’autres critères, le principe sera le même. En somme, ce travail est conçu pour n’importe quelle personne lisant le français même moyennement, le langage y est clair, les consignes précises, les résultats indiqués, la théorie pratiquement inexistante.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