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Logique.V3, méthodes pour l'intelligence artificielle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Gochet; Paul/ Gribomont; Pascal/ Thayse;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373-387. Index p.p. 389-394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intelligence artificielle/ logique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en trois volumes, Logique propose une mise au point complète sur l'utilisation de la logique, a partir des résultats et des méthodes d'exposition les plus récents. Après " les méthodes pour l'informatique fondamentale " et " les méthodes formelles pour l'étude des programmes ", le tome 3 présente " les méthodes pour l'intelligence artificielle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