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LaTeX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Mittelbach, Frank/ Samarin, Alexander/ Goossens,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525-559.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LaTeX (langage de balisage)/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comme un guide d'accompagnement de la documentation LaTeX officielle.</w:t>
        <w:br/>
        <w:br/>
        <w:t>En offrant de multiples informations sur l'ensemble des possibilités offertes par ce puissant logiciel, il vous aidera à maîtriser ce traitement de texte multi plateforme et parfaitement adapté à la rédaction de documents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