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Dean,Tamara/ Bessen, Véronique/ Piette, William/ Simond, Michèle/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Les Editions Reynald Goulet inc/ </w:t>
            </w:r>
          </w:p>
        </w:tc>
      </w:tr>
      <w:tr>
        <w:trPr>
          <w:trHeight w:val="567"/>
        </w:trPr>
        <w:tc>
          <w:tcPr>
            <w:tcW w:type="dxa" w:w="3000"/>
          </w:tcPr>
          <w:p>
            <w:r>
              <w:t>Nombre de Pages</w:t>
            </w:r>
          </w:p>
        </w:tc>
        <w:tc>
          <w:tcPr>
            <w:tcW w:type="dxa" w:w="7000"/>
          </w:tcPr>
          <w:p>
            <w:r>
              <w:t>949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p.p.930-949</w:t>
            </w:r>
          </w:p>
        </w:tc>
      </w:tr>
      <w:tr>
        <w:trPr>
          <w:trHeight w:val="567"/>
        </w:trPr>
        <w:tc>
          <w:tcPr>
            <w:tcW w:type="dxa" w:w="3000"/>
          </w:tcPr>
          <w:p>
            <w:r>
              <w:t>Numéro d'Identification</w:t>
            </w:r>
          </w:p>
        </w:tc>
        <w:tc>
          <w:tcPr>
            <w:tcW w:type="dxa" w:w="7000"/>
          </w:tcPr>
          <w:p>
            <w:r>
              <w:t>28937726608</w:t>
            </w:r>
          </w:p>
        </w:tc>
      </w:tr>
      <w:tr>
        <w:trPr>
          <w:trHeight w:val="567"/>
        </w:trPr>
        <w:tc>
          <w:tcPr>
            <w:tcW w:type="dxa" w:w="3000"/>
          </w:tcPr>
          <w:p>
            <w:r>
              <w:t>Sujet(s)</w:t>
            </w:r>
          </w:p>
        </w:tc>
        <w:tc>
          <w:tcPr>
            <w:tcW w:type="dxa" w:w="7000"/>
          </w:tcPr>
          <w:p>
            <w:r>
              <w:t xml:space="preserve">internet/ windows server/ administration réseau/ </w:t>
            </w:r>
          </w:p>
        </w:tc>
      </w:tr>
    </w:tbl>
    <w:p>
      <w:pPr>
        <w:pStyle w:val="Heading3"/>
      </w:pPr>
      <w:r>
        <w:t>Résumé :</w:t>
      </w:r>
    </w:p>
    <w:p>
      <w:r>
        <w:t>Cet ouvrage traite d'une grande gamme de concepts de réseautique, depuis les choix de carrières dans le domaine, à l'étude des réseaux locaux, réseaux distants, protocoles, topologies, médias de transmission et de la sécurité. Il présente une variété de concepts, mais propose aussi l'étude approfondie des aspects les plus significatifs de la réseautique, comme l'ensemble de protocoles TCP/IP. En plus d'expliquer de la matière théorique, chaque chapitre propose des exemples de problèmes de réseautique tirés de la vie courante et présentés du point de vue professionnel, ce qui fait aussi de ce livre un outil d'apprentissage pratique.</w:t>
        <w:br/>
        <w:br/>
        <w:t>Ce livre traite tous les objectifs de la certification Network+ de l'organisation CompTIA.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