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choisir son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Gilbert;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S.C.M/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relations(N°:None)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2901133258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présenter,afin de les évaluer,les diverses organisations de matériels informatiques avec leurs caractéristiques,leurs avantages,leurs inconvénients et les moyens qu'elles impliquent tant sur un plan technique que financier.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