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exercices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9782394931404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cours et d’exercices d’analyse concernant les équations différentielles rassemble le travail effectué en classe de mathématiques spéciales MP* pendant de nombreuses années à partir de sujets proposés tant à l’écrit qu’aux oraux des concours d’entrée dans les grandes écoles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