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et exercices d'analyse: topologie, analyse fonctionnelle et matricielle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Meunier, Pierre/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353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21 x 15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9782364931466</w:t>
            </w:r>
          </w:p>
        </w:tc>
      </w:tr>
      <w:tr>
        <w:trPr>
          <w:trHeight w:val="567"/>
        </w:trPr>
        <w:tc>
          <w:tcPr>
            <w:tcW w:type="dxa" w:w="3000"/>
          </w:tcPr>
          <w:p>
            <w:r>
              <w:t>Sujet(s)</w:t>
            </w:r>
          </w:p>
        </w:tc>
        <w:tc>
          <w:tcPr>
            <w:tcW w:type="dxa" w:w="7000"/>
          </w:tcPr>
          <w:p>
            <w:r>
              <w:t xml:space="preserve">topologie/ analyse fonctionnelle/ </w:t>
            </w:r>
          </w:p>
        </w:tc>
      </w:tr>
    </w:tbl>
    <w:p>
      <w:pPr>
        <w:pStyle w:val="Heading3"/>
      </w:pPr>
      <w:r>
        <w:t>Résumé :</w:t>
      </w:r>
    </w:p>
    <w:p>
      <w:r>
        <w:t>Cet ouvrage exercices et cours d'analyse pour se préparer aux écrits et aux oraux des concours d'entrée aux grandes écoles et aux concours de l'enseignement. Les notions essentielles sont abordées afin de souligner l'importance de la topologie en analyse matricielle et en optimisation fonctionnelle.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