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Algèbre, analyse, probabilités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Meunier,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Cépaduès-éditions/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9782364935143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algébre/ analyse mathématique/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de 415 exercices avec solutions d'Algèbre, Analyse et Probabilités complète celui paru chez le même éditeur où figurent 527 exercices avec solutions, concernant les mêmes rubriques mathématiques et à ce titre, il en constitue le tome 2. Les énoncés proposés sont essentiellement ceux qui ont été donnés aux oraux des concours d'entrée aux Grandes écoles suivantes : ENS, X, Mines-Ponts, Centrale-Paris, et comme dans le premier tome, ils sont précédés d'un, deux ou trois astérisques avec les conventions : (*) : Exercice facile (**) : Exercice de difficulté moyenne (***) : Exercice assez difficile. Un index détaillé permet ici encore, dans cet ouvrage, la recherche la plus rapide possible des thèmes étudiés et facilite grandement l'utilisation de ce manuel.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