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Algèbre, analyse, probabilités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Meunier, 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Cépaduès-éditions/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455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algébre/ analyse mathématique/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d' exercices avec solutions à l usage des candidats aux concours d entrée aux grandes écoles, mais aussi des candidats au CAPES ou à l Agrégation est constitué de 10 chapitres, chacun commençant par quelques rappels de cours, tout énoncé étant précédé, chaque fois que cela est possible, d un titre, afin que l utilisateur de ce manuel puisse s en servir dans les meilleures conditions.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