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Warusfel; André/ Deschamps; Claude/ Volcker; Michel/ Lebreton; Claud/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(XIV-1130)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 1125-1130</w:t>
            </w:r>
          </w:p>
        </w:tc>
      </w:tr>
      <w:tr>
        <w:trPr>
          <w:trHeight w:val="567"/>
        </w:trPr>
        <w:tc>
          <w:tcPr>
            <w:tcW w:type="dxa" w:w="3000"/>
          </w:tcPr>
          <w:p>
            <w:r>
              <w:t>Numéro d'Identification</w:t>
            </w:r>
          </w:p>
        </w:tc>
        <w:tc>
          <w:tcPr>
            <w:tcW w:type="dxa" w:w="7000"/>
          </w:tcPr>
          <w:p>
            <w:r>
              <w:t>9782100543106</w:t>
            </w:r>
          </w:p>
        </w:tc>
      </w:tr>
      <w:tr>
        <w:trPr>
          <w:trHeight w:val="567"/>
        </w:trPr>
        <w:tc>
          <w:tcPr>
            <w:tcW w:type="dxa" w:w="3000"/>
          </w:tcPr>
          <w:p>
            <w:r>
              <w:t>Sujet(s)</w:t>
            </w:r>
          </w:p>
        </w:tc>
        <w:tc>
          <w:tcPr>
            <w:tcW w:type="dxa" w:w="7000"/>
          </w:tcPr>
          <w:p>
            <w:r>
              <w:t xml:space="preserve">géométrie/ mathématique/ algébre/ analyse/ </w:t>
            </w:r>
          </w:p>
        </w:tc>
      </w:tr>
    </w:tbl>
    <w:p>
      <w:pPr>
        <w:pStyle w:val="Heading3"/>
      </w:pPr>
      <w:r>
        <w:t>Résumé :</w:t>
      </w:r>
    </w:p>
    <w:p>
      <w:r>
        <w:t>Couvrant tout le programme de mathématiques (analyse, algèbre, géométrie) des filières PC et PSI. On a spécialement conçu pour les étudiants de PC-PSI et n'est pas, comme la plupart des ouvrages concurrents, une simplification d'un ouvrage de MP. Concrètement, de nombreux parallèles avec la physique sont proposés, ce qui rend cet ouvrage parfaitement adapté à l'esprit des filières PC-PSI.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